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théorie du signal et de l'information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Auger,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et technologies(N°:None)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455-461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2710807432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de l'information/ filtrage numérique/ </w:t>
            </w:r>
          </w:p>
        </w:tc>
      </w:tr>
    </w:tbl>
    <w:p>
      <w:pPr>
        <w:pStyle w:val="Heading3"/>
      </w:pPr>
      <w:r>
        <w:t>Résumé :</w:t>
      </w:r>
    </w:p>
    <w:p>
      <w:r>
        <w:t>L objectif de cet ouvrage est d amener le lecteur à une meilleure connaissance des techniques de traitement du signal, pour lui permettre de résoudre des problèmes de mesure ou d instrumentation. pour cela, tous les constituants d une chaîne d acquisition et de traitement du signal, situés entre la sortie des capteurs et l organe d exploitation final, sont étudiés en détail. après un premier chapitre sur les principaux outils mathématiques nécessaires à la réalisation de cet objectif, ces différents constituants sont abordés dans l ordre où ils sont insérés dans la chaîne : filtrage analogique, échantillonnage, quantification, filtrage numérique, transmission (théorie de l information) et exploitation (théories de l estimation et de la décision). ces sujets sont illustrés par des exercices corrigés se rapportant à des situations concrètes, souvent liées à des applications industrielles. le public visé correspond à l ensemble des étudiants des filières scientifiques et techniques de niveau bac+4 et bac+5, et des chercheurs en auto-formation. bien que l ouvrage soit particulièrement destiné aux étudiants de la filière eea, un soin tout particulier le rend accessible à ceux qui, dans le cadre de leur spécialité (physique appliquée, génie des procédés), ont besoin de résoudre des problèmes de traitement du signal.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