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Traitement numérique du signal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Kpalma, Kidiyo/ Haese-Coat, Véronique/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Technosup(N°:None)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272981728x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reconstitution de signal/ filtrage numérique/ </w:t>
            </w:r>
          </w:p>
        </w:tc>
      </w:tr>
    </w:tbl>
    <w:p>
      <w:pPr>
        <w:pStyle w:val="Heading3"/>
      </w:pPr>
      <w:r>
        <w:t>Résumé :</w:t>
      </w:r>
    </w:p>
    <w:p>
      <w:r>
        <w:t>Niveau c (compléments)</w:t>
        <w:br/>
        <w:br/>
        <w:t>introduction solide et précise aux outils de traitement numérique du signal, délibérément orientée vers les applications pratiques, avec exercices corrigés et privilégiant l'utilisation des logiciels courants.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