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audiovisuelles et multimédias.T1, sons et images, compressions, prise de vue, enregistrement, visualisation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Gérard/ Mathiot,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259-264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9782100499793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audiovisuelle/ audio et sonorisation/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en deux volumes propose un vaste panorama des techniques du traitement du signal, de la transmission, du stockage et de la reproduction des images et du son, à travers notamment les matériels existants, pro, semi-pro ou grand public. cette nouvelle édition, mise à jour, fait le point sur les progrès réalisés dans le domaine : percée du numérique, écrans lcd et plasma...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