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d'electronique.T3, amplification circuits intègrès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ingénieure E.E.A(N°:None)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Bibliogra.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intégré/ bruit/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