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Sciences géométriques et télédétection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Lliboutry, Louis/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222582542x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imagerie satellitaire/ modélisation spatiale/ </w:t>
            </w:r>
          </w:p>
        </w:tc>
      </w:tr>
    </w:tbl>
    <w:p>
      <w:pPr>
        <w:pStyle w:val="Heading3"/>
      </w:pPr>
      <w:r>
        <w:t>Résumé :</w:t>
      </w:r>
    </w:p>
    <w:p>
      <w:r>
        <w:t>Cet ouvrage propose une vue d'ensemble claire et concise de ces techniques, ainsi que des aperçus sur les sciences de base permettant d'en comprendre les principes (disciplines qui ne sont pas toujours enseignées). l'aspect pratique de l'exposé est particulièrement développé: possibilités et servitudes de chaque technique, adresses utiles,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