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bases de l'alimentation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Trémolières,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 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E.S.F./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Bibligor.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2710100673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alimentation/ Diététique/ Composition des aliments/ </w:t>
            </w:r>
          </w:p>
        </w:tc>
      </w:tr>
    </w:tbl>
    <w:p>
      <w:pPr>
        <w:pStyle w:val="Heading3"/>
      </w:pPr>
      <w:r>
        <w:t>Résumé :</w:t>
      </w:r>
    </w:p>
    <w:p>
      <w:r>
        <w:t>L’ouvrage cherche à fournir à la fois une **base théorique solide** et des **applications pratiques** pour les professionnels de santé, les étudiants en nutrition, et toute personne souhaitant comprendre les grands principes de l’alimentation équilibrée.Cet ouvrage constitue une référence en **nutrition et diététique**, conçu pour présenter les fondements scientifiques de l’alimentation humaine. Les auteurs, spécialistes de médecine, nutrition et biochimie, y exposent les notions essentielles permettant de comprendre le rôle de l’alimentation dans le maintien de la santé et la prévention des maladies.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