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Audio et vidéo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Luther, Arch C/ Bourre, Jean-Paul/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541-545</w:t>
            </w:r>
          </w:p>
        </w:tc>
      </w:tr>
      <w:tr>
        <w:trPr>
          <w:trHeight w:val="567"/>
        </w:trPr>
        <w:tc>
          <w:tcPr>
            <w:tcW w:type="dxa" w:w="3000"/>
          </w:tcPr>
          <w:p>
            <w:r>
              <w:t>Numéro d'Identification</w:t>
            </w:r>
          </w:p>
        </w:tc>
        <w:tc>
          <w:tcPr>
            <w:tcW w:type="dxa" w:w="7000"/>
          </w:tcPr>
          <w:p>
            <w:r>
              <w:t>2212055137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vidéo numérique/ énregistrement numérique/ </w:t>
            </w:r>
          </w:p>
        </w:tc>
      </w:tr>
    </w:tbl>
    <w:p>
      <w:pPr>
        <w:pStyle w:val="Heading3"/>
      </w:pPr>
      <w:r>
        <w:t>Résumé :</w:t>
      </w:r>
    </w:p>
    <w:p>
      <w:r>
        <w:t>Dans cet ouvrage abordable, destiné aux ingénieurs, techniciens et étudiante, l'expert industriel Arch Luther fournit aux lecteurs des bases solides en matière de technologie numérique, particulièrement en ce qui concerne ses applications audio et vidéo, et propose une réflexion sur les évolutions à attendre de son développement. Audio et vidéo numériques : Principes et applications constitue un ouvrage de référence où les concepteurs de systèmes trouveront des indications ayant trait au choix des composants audio et vidéo et aux meilleures approches pouvant conduire à l'élaboration d'un système particulier. Les différents chapitres de ce livre conduiront le lecteur à une compréhension solide des conversions, des caméras vidéo, des transmissions et du traitement numérique, de la réduction de débit, de l'enregistrement et du stockage, de la postproduction.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