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Solutions HTML5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Casario, Marco/ Elst, Peter/ Brown, Charles/ </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 311-316</w:t>
            </w:r>
          </w:p>
        </w:tc>
      </w:tr>
      <w:tr>
        <w:trPr>
          <w:trHeight w:val="567"/>
        </w:trPr>
        <w:tc>
          <w:tcPr>
            <w:tcW w:type="dxa" w:w="3000"/>
          </w:tcPr>
          <w:p>
            <w:r>
              <w:t>Numéro d'Identification</w:t>
            </w:r>
          </w:p>
        </w:tc>
        <w:tc>
          <w:tcPr>
            <w:tcW w:type="dxa" w:w="7000"/>
          </w:tcPr>
          <w:p>
            <w:r>
              <w:t>9782744025211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interactivité/ développement web/ </w:t>
            </w:r>
          </w:p>
        </w:tc>
      </w:tr>
    </w:tbl>
    <w:p>
      <w:pPr>
        <w:pStyle w:val="Heading3"/>
      </w:pPr>
      <w:r>
        <w:t>Résumé :</w:t>
      </w:r>
    </w:p>
    <w:p>
      <w:r>
        <w:t>Cet ouvrage est un livre qui vise à fournir aux développeurs une compréhension approfondie des fonctionnalités et des techniques essentielles d’HTML5. Le livre aborde les nouvelles caractéristiques d’HTML5, comme les éléments sémantiques, les API pour le multimédia, le stockage local, et les fonctionnalités avancées pour le développement d’applications web interactives.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