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 cinquante]150 exercices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Desagher, Serge/ Desagher,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2729892419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Ces exercices, tous originaux, classés en 3 catégories de difficulté, s'adressent aux étudiants de 1er cycle : exercices de base s'adressant à des étudiants de 1er cycle (Licence 1ère et 2ème année en Sciences B, PCEM, DUT de biologie appliquée, BTS de biochimie ) ; exercices s'adressant à des étudiants de 1er cycle ayant un cours de biochimie approfondi et aux étudiants de licence 3ème année de biochimie ou biologie cellulaire à titre d'introduction ; exercices s'adressant aux étudiants de licence de biochimie ou biologie cellulaire.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