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[Cent]100 pannes audio et vidéo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Laurent, Gérard/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audio-vidéo(N°:None)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2100056123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dépannage électronique/ home cinéma/ </w:t>
            </w:r>
          </w:p>
        </w:tc>
      </w:tr>
    </w:tbl>
    <w:p>
      <w:pPr>
        <w:pStyle w:val="Heading3"/>
      </w:pPr>
      <w:r>
        <w:t>Résumé :</w:t>
      </w:r>
    </w:p>
    <w:p>
      <w:r>
        <w:t>Un livre dans la même veine que 100 pannes tv qui analyse et permet de résoudre un très grand nombre de pannes sur un grand nombre d'appareils audiovisuels grand public, y compris les plus récents sur le marché comme les lecteurs dvd ou les graveurs de cd-rom. le principe adopté reste identique à celui de 100 pannes tv : les analyses sont rédigées selon des «fiches» de 1 à 2 pages. sommaire : sécurité, équipements, diagnostic : éléments de sécurité, le multimètre, l'oscilloscope, le pont lc, etc.; produits audiofréquences : introduction, étude de cas sur préamplificateur-amplificateur, etc.; produits laser ; étude de cas sur lecteur cd-da (audionumérique), etc.; réception terrestre ou satellite; produits vidéofréquences.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