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 l'ordinateur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Strandh, Robert/ Durand, Irène/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 condensé avec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p.p.185-204. Index p.p.205-209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2100492144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de l'ordinateur/ arithmétique binaire/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 offre une exploration approfondie des concepts fondamentaux de l’architecture des ordinateurs. L’ouvrage aborde plusieurs thèmes clés, permettant de comprendre le fonctionnement interne des systèmes informatiques.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