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audiovisuelles et multimédias.T2, diffusion, réception, stockage,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Gérard/ Mathiot, Daniel/ Jeanroy,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Audio-photo-vidéo(N°:None)</w:t>
            </w:r>
          </w:p>
        </w:tc>
      </w:tr>
      <w:tr>
        <w:trPr>
          <w:trHeight w:val="567"/>
        </w:trPr>
        <w:tc>
          <w:tcPr>
            <w:tcW w:type="dxa" w:w="3000"/>
          </w:tcPr>
          <w:p>
            <w:r>
              <w:t>Notes Générales</w:t>
            </w:r>
          </w:p>
        </w:tc>
        <w:tc>
          <w:tcPr>
            <w:tcW w:type="dxa" w:w="7000"/>
          </w:tcPr>
          <w:p>
            <w:r>
              <w:t>Bibliogr. Index p.p. 293-300</w:t>
            </w:r>
          </w:p>
        </w:tc>
      </w:tr>
      <w:tr>
        <w:trPr>
          <w:trHeight w:val="567"/>
        </w:trPr>
        <w:tc>
          <w:tcPr>
            <w:tcW w:type="dxa" w:w="3000"/>
          </w:tcPr>
          <w:p>
            <w:r>
              <w:t>Numéro d'Identification</w:t>
            </w:r>
          </w:p>
        </w:tc>
        <w:tc>
          <w:tcPr>
            <w:tcW w:type="dxa" w:w="7000"/>
          </w:tcPr>
          <w:p>
            <w:r>
              <w:t>9782100499809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télévision numérique/ technique de postproduction/ </w:t>
            </w:r>
          </w:p>
        </w:tc>
      </w:tr>
    </w:tbl>
    <w:p>
      <w:pPr>
        <w:pStyle w:val="Heading3"/>
      </w:pPr>
      <w:r>
        <w:t>Résumé :</w:t>
      </w:r>
    </w:p>
    <w:p>
      <w:r>
        <w:t>Cette 2e édition entièrement mise à jour des techniques audiovisuelles et multimédias propose en deux volumes un vaste panorama des techniques du traitement du signal, de la transmission, du stockage et de la reproduction des images et du son, à travers notamment la description détaillée des équipements professionnels, semi-pro ou grand public du domaine.</w:t>
        <w:br/>
        <w:br/>
        <w:t>dans ce second volume sont traités :</w:t>
        <w:br/>
        <w:br/>
        <w:t>•les canaux de transmission et leurs imperfections (limitation, bruit), les effets de la dégradation d'un son et d'une image,</w:t>
        <w:br/>
        <w:br/>
        <w:t>•la transmission hf et la réception des signaux de contenus analogiques ou numériques (liaisons terrestres et liaison par satellite),</w:t>
        <w:br/>
        <w:br/>
        <w:t>•les préamplificateurs et amplificateurs audiofréquences,</w:t>
        <w:br/>
        <w:br/>
        <w:t>•la réception des signaux VHF-UHF et les bases des techniques de distribution (réseau HF),</w:t>
        <w:br/>
        <w:br/>
        <w:t>•les lecteurs et graveurs laser, les supports de stockage (DVD, CD-R, Blu-Ray...),</w:t>
        <w:br/>
        <w:br/>
        <w:t>•les chaînes fonctionnelles et l'architecture du micro-ordinateur, ses aspects logiciels, le processus de démarrage, les réseaux, l'Internet.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