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applications de l'électricité dans l'industrie agroalimentaire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Gauthier,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349-352.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2743002654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Industries agroalimentaires/ applications industrielles./ </w:t>
            </w:r>
          </w:p>
        </w:tc>
      </w:tr>
    </w:tbl>
    <w:p>
      <w:pPr>
        <w:pStyle w:val="Heading3"/>
      </w:pPr>
      <w:r>
        <w:t>Résumé :</w:t>
      </w:r>
    </w:p>
    <w:p>
      <w:r>
        <w:t>Après avoir rappelé le contexte général dans lequel s'est déroulé le développement de l'utilisation de l'énergie électrique, cet ouvrage présente les différentes techniques électriques : techniques thermodynamiques, techniques à membranes, rayonnements, l'effet joule, l'induction, la cuisson-extrusion et les principales opérations unitaires du génie industriel alimentaire. ©Electre 2025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