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 radiocommunication de troisième génération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Lucidarme, Thierry/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226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informatique(N°:None)</w:t>
            </w:r>
          </w:p>
        </w:tc>
      </w:tr>
      <w:tr>
        <w:trPr>
          <w:trHeight w:val="567"/>
        </w:trPr>
        <w:tc>
          <w:tcPr>
            <w:tcW w:type="dxa" w:w="3000"/>
          </w:tcPr>
          <w:p>
            <w:r>
              <w:t>Notes Générales</w:t>
            </w:r>
          </w:p>
        </w:tc>
        <w:tc>
          <w:tcPr>
            <w:tcW w:type="dxa" w:w="7000"/>
          </w:tcPr>
          <w:p>
            <w:r>
              <w:t>Bibliogr. Index p.p. 219-226</w:t>
            </w:r>
          </w:p>
        </w:tc>
      </w:tr>
      <w:tr>
        <w:trPr>
          <w:trHeight w:val="567"/>
        </w:trPr>
        <w:tc>
          <w:tcPr>
            <w:tcW w:type="dxa" w:w="3000"/>
          </w:tcPr>
          <w:p>
            <w:r>
              <w:t>Numéro d'Identification</w:t>
            </w:r>
          </w:p>
        </w:tc>
        <w:tc>
          <w:tcPr>
            <w:tcW w:type="dxa" w:w="7000"/>
          </w:tcPr>
          <w:p>
            <w:r>
              <w:t>2711786935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radiocommunication de troisième génération/ propagation radio/ </w:t>
            </w:r>
          </w:p>
        </w:tc>
      </w:tr>
    </w:tbl>
    <w:p>
      <w:pPr>
        <w:pStyle w:val="Heading3"/>
      </w:pPr>
      <w:r>
        <w:t>Résumé :</w:t>
      </w:r>
    </w:p>
    <w:p>
      <w:r>
        <w:t>Cet ouvrage est le trait d'union indispensable entre les principes théoriques de la radiocommunication moderne et les développements pratiques les plus récents du système de troisième génération normalisé umts (universel mobile telecommunications system). à travers une démarche didactique et progressive, il expose les notions élémentaires de radio et de réseaux, les fondements des systèmes gsm (global system for mobile communications) et gprs (general packet radio service) et présente de façon claire, complète et souvent originale le standard umts dépouillé du caractère hermétique de la norme, y compris dans ses dernières avancées (4g, localisation, etc.). l'ouvrage traite en détail et de façon cohérente de sujets aussi variés que l'ingénierie des réseaux cellulaires, l'étalement de spectre, le traitement numérique des signaux, les protocoles de communication, les mécanismes proposés par les normes, etc. il est rare de trouver ainsi réunies, autant d'informations tant théoriques que pratiques dans le même ouvrage, ce qui lui confère véritablement une dimension " système ". il est destiné aux étudiants des second et troisième cycles, aux professionnels des télécommunications et des domaines connexes, mais aussi à tous ceux qui souhaitent découvrir la technique et les enjeux de ces systèmes voués à changer radicalement nos modes de communication.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