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 de puissance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Laroche,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X-338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2100072528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convertisseur électrique/ transistor/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