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techniques de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Tagu,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Mieux comprendre(N°:None)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2738008593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aspect moléculaire/ médecine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ouvrage, présente sous forme de fiches, est, non pas de détailler des protocoles ou des recettes toutes faites, mais d'expliquer simplement les principes théoriques de ces techniques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