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Fonctions de l'électronique.T1, diodes et dipôles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Bodgan/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Bruxelles/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polarisation/ redressement/ 199/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fondamentaux des diodes et des dipôles dans les circuits électroniques, en partant des principes physiques jusqu’aux applications pratiques.</w:t>
        <w:br/>
        <w:br/>
        <w:br/>
        <w:br/>
        <w:t>Les principaux chapitres et thèmes abordés sont :</w:t>
        <w:br/>
        <w:br/>
        <w:br/>
        <w:br/>
        <w:t>1. Grandeurs physiques — notions de tension, courant, puissance.</w:t>
        <w:br/>
        <w:br/>
        <w:t>2. Erreurs et approximations — limites des modèles idéaux.</w:t>
        <w:br/>
        <w:br/>
        <w:t>3. Générateurs équivalents et réseaux passifs — Thévenin, Norton, etc.</w:t>
        <w:br/>
        <w:br/>
        <w:t>4. Le semi‑conducteur — propriétés des matériaux, porteurs de charge.</w:t>
        <w:br/>
        <w:br/>
        <w:t>5. La jonction — formation de la jonction P‑N.</w:t>
        <w:br/>
        <w:br/>
        <w:t>6. La jonction en régime dynamique — réponse, capacité, temps de réponse.</w:t>
        <w:br/>
        <w:br/>
        <w:t>7. Les dipôles, étude graphique — courbes tension‑courant, droites de charge.</w:t>
        <w:br/>
        <w:br/>
        <w:t>8. Polarisation à courant imposé — point de fonctionnement.</w:t>
        <w:br/>
        <w:br/>
        <w:t>9. Circuits de redressement et dispositifs à seuil — applications pratiques.</w:t>
        <w:br/>
        <w:br/>
        <w:t>10. Effet de la température et circuit thermique — influence thermique.</w:t>
        <w:br/>
        <w:br/>
        <w:t>11. Dipôle à pente négative — comportements non monotones (diodes tunnel).</w:t>
        <w:br/>
        <w:br/>
        <w:t>12. Diodes détectrices et mélangeuses — circuits de détection et radio.</w:t>
        <w:br/>
        <w:br/>
        <w:t>13. Photopile et photodiode — conversion lumière → courant.</w:t>
        <w:br/>
        <w:br/>
        <w:t>14. Les bruits dans les dipôles — bruit thermique, bruit de jonction.</w:t>
        <w:br/>
        <w:br/>
        <w:t>15. Circuits à diodes — exemples d’application.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