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télévision.T2, alimentation à découpage, balayages ligne et trame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2100043455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la perception auditive/ alimentation à découpage/ </w:t>
            </w:r>
          </w:p>
        </w:tc>
      </w:tr>
    </w:tbl>
    <w:p>
      <w:pPr>
        <w:pStyle w:val="Heading3"/>
      </w:pPr>
      <w:r>
        <w:t>Résumé :</w:t>
      </w:r>
    </w:p>
    <w:p>
      <w:r>
        <w:t>Cette nouvelle édition, profondément remaniée, du cours de télévision de gérard laurent permet d'acquérir les connaissances nécessaires à la compréhension et la maîtrise de l'ensemble des techniques utilisées dans les récepteurs de télévision, y compris les plus récents sur le marché. ce second tome débute par l'organisation fonctionnelle du téléviseur : en partant du synopsis de fonctionnement du téléviseur, le lecteur est invité à bâtir une réflexion critique vis-à-vis du comportement du téléviseur et de ses circuits. l'alimentation à découpage est ensuite disséquée au travers de nombreux exemples, avant que ne soient décrits l'interface entre le signal vidéo et le dispositif de visualisation et les problèmes de synchronisation et de génération des petits signaux ; cet exposé permet de construire un dispositif de contrôle et de gestion du fonctionnement des circuits associés au tube cathodique. l'ouvrage s'achève par la description des solutions utilisées dans les circuits de puissance ligne et puissance trame. chaque tome est illustré des mesures et oscillogrammes pertinents, réalisés sur les châssis, qui permettent au lecteur de se construire des points de repères indispensables lors des opérations de maintenance et de remise en conformité. cet ouvrage de référence s'adresse aux techniciens et aux étudiants qui se préparent aux métiers de l'installation, de la maintenance des matériels audiovisuels et multimédias ainsi qu'à ceux qui se destinent aux métiers relatifs à la production industrielle. l'amateur éclairé y trouvera matière à réflexion.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