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ses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Krieger, Robert G./ Fantou, Jean-Claude/ </w:t>
            </w:r>
          </w:p>
        </w:tc>
      </w:tr>
      <w:tr>
        <w:trPr>
          <w:trHeight w:val="567"/>
        </w:trPr>
        <w:tc>
          <w:tcPr>
            <w:tcW w:type="dxa" w:w="3000"/>
          </w:tcPr>
          <w:p>
            <w:r>
              <w:t>Edition</w:t>
            </w:r>
          </w:p>
        </w:tc>
        <w:tc>
          <w:tcPr>
            <w:tcW w:type="dxa" w:w="7000"/>
          </w:tcPr>
          <w:p>
            <w:r>
              <w:t>revue et complétée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9782100511860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électroniques calcul/ guide pratique/ </w:t>
            </w:r>
          </w:p>
        </w:tc>
      </w:tr>
    </w:tbl>
    <w:p>
      <w:pPr>
        <w:pStyle w:val="Heading3"/>
      </w:pPr>
      <w:r>
        <w:t>Résumé :</w:t>
      </w:r>
    </w:p>
    <w:p>
      <w:r>
        <w:t>Cet ouvrage est un formulaire amélioré qui permet de calculer toutes les valeurs d'un circuit donné, qu'il appartienne au domaine de l'électricité, de l'électronique analogique classique ou de l'électronique appliquée aux radiocommunications. Ce sont plus d'une centaine de circuits qui sont décrits très simplement et très clairement. Pour chaque circuit type, on trouvera une formule accompagnée de la définition de ses différents termes, d'une description élémentaire du phénomène électronique auquel elle se rapporte et d'exemples concrets d'applications. Nouvelle présentation revue et complétée : nouvelle mise en page, deux nouvelles fiches.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