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Toute l'électronique en exercices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Jelinski, Isabelle/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522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2711788911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traitement du signal/ circuit analogique/ </w:t>
            </w:r>
          </w:p>
        </w:tc>
      </w:tr>
    </w:tbl>
    <w:p>
      <w:pPr>
        <w:pStyle w:val="Heading3"/>
      </w:pPr>
      <w:r>
        <w:t>Résumé :</w:t>
      </w:r>
    </w:p>
    <w:p>
      <w:r>
        <w:t>En un seul volume contenant près de 100 exercices, l'ensemble des fonctions de l'électronique est traité, tant dans le domaine analogique que dans le domaine numérique. Tous corrigés, les exercices illustrent les questions essentielles du programme et les applications pratiques directes. Les solutions sont enrichies de remarques concrètes portant aussi bien sur les problèmes que posent les montages que sur les limites techniques de leur réalisation. Chaque thème du programme fait l'objet d'un chapitre distinct. Suivant son importance, il contient entre 2 et 10 exercices classés par niveau de difficulté et soigneusement corrigés. L'ouvrage contient plusieurs centaines de schémas d'électronique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