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73 problèmes résolus, rappels de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2100048295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industries électroniques/ </w:t>
            </w:r>
          </w:p>
        </w:tc>
      </w:tr>
    </w:tbl>
    <w:p>
      <w:pPr>
        <w:pStyle w:val="Heading3"/>
      </w:pPr>
      <w:r>
        <w:t>Résumé :</w:t>
      </w:r>
    </w:p>
    <w:p>
      <w:r>
        <w:t>Cet ouvrage s'adresse aux élèves de 1re année des classes préparatoires aux grandes écoles (filières MPSI, PCSI, PTSI), dont il suit fidèlement le programme. Il intéressera également les étudiants de 1er cycle universitaire scientifique. Chacun des quatre chapitres débute par un rappel de cours et contient un large éventail de problèmes. L'étudiant trouvera ainsi 73 problèmes consacrés à l'électronique, tous complètement résolus. L'ouvrage traite particulièrement des circuits électroniques à amplificateur opérationnel en régime linéaire, en régime quasi-linéaire et en régime non linéaire. Les aspects expérimentaux sont largement pris en compte. Les solutions sont accompagnées de conseils méthodologiques qui aideront les élèves à mieux dominer les contenus abordés et à être, ainsi, bien préparés pour réussir les épreuves.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