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S'initier à Windows XP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Szaibrum, Catherine/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Temps libre(N°:None)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447-452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2744013145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navigation web/ explorateur Windows/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pratique destiné aux débutants souhaitant apprendre à utiliser le système d’exploitation Windows XP. Ce livre se concentre sur les fonctionnalités essentielles de Windows XP, offrant une approche pédagogique et accessible.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