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 Murat/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XI-402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2040115889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w:t>
            </w:r>
          </w:p>
        </w:tc>
      </w:tr>
    </w:tbl>
    <w:p>
      <w:pPr>
        <w:pStyle w:val="Heading3"/>
      </w:pPr>
      <w:r>
        <w:t>Résumé :</w:t>
      </w:r>
    </w:p>
    <w:p>
      <w:r>
        <w:t>Un signal est la représentation physique de l'information. Un signal numérique est une suite de nombres. Les signaux intervenant dans les échanges d'informations sont de nature complexe et peuvent être masqués par des perturbations indésirables. Le traitement numérique des signaux consiste à traiter des suites de nombres en vue d'extraire l'information utile. L'ère de l'information dans laquelle nous vivons a montré l'importance du traitement numérique des signaux dans une multitude de domaines scientifiques et techniques. Cet ouvrage fournit les méthodes de base de cette discipline et présente ses applications les plus fondamentales. Il est destiné à un public possédant des notions élémentaires sur la transformation de Fourier, des systèmes linéaires, les nombres complexes et le calcul matriciel. Le chapitre 1 est une introduction aux signaux et systèmes numériques. Les principales opérations d'analyse et de synthèse des signaux numériques, les systèmes numériques linéaires et leurs propriétés y sont présentés. Le chapitre 2 est consacré à l'étude détaillée d'un outil puissant en traitement numérique: la transformation en z. Les propriétés et les applications de base de la transformation de Fourier discrète font l'objet du chapitre 3. Le chapitre 4 présente la théorie générale des transformations rapides, les cas particuliers et les méthodes de base. Une introduction aux filtres et au filtrage numérique est donnée au chapitre 5. Les méthodes d'élaborations les plus courantes et les moyens de leurs mises en oeuvre y sont étudiés. Le chapitre 6 aborde l'analyse spectrale numérique, les estimateurs spectraux et leur comparaison. Un ensemble de traitement non-linéaire, dit homomorphique, est étudié au chapitre 7. Finalement, le chapitre 8 présente une vue d'ensemble sur le traitement d'images et des signaux numériques bidimensionnels. Les chapitres 1 à 5 forment une séquence qu'il faut lire normalement dans l'ordre. En revanche, les trois derniers chapitres de spécialisation, relativement indépendants les uns des autres, peuvent être lus individuellement. Sommaire Signaux et systèmes numériques. Transformation en z. Transformation de Fourier discrète. Transformations unitaires rapides. Filtrage numérique et filtres numériques. Analyse spectrale numérique. Traitement homomorphique des signaux. Traitement des signaux bidimensionnels.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