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de puissance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Lavabre, Michel/ Capliez,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Casteilla/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IX-357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A. Capliez(N°:None)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2713516498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de puissance/ conversion de l'énergie/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