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Villoz,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 295-297. Index</w:t>
            </w:r>
          </w:p>
        </w:tc>
      </w:tr>
      <w:tr>
        <w:trPr>
          <w:trHeight w:val="567"/>
        </w:trPr>
        <w:tc>
          <w:tcPr>
            <w:tcW w:type="dxa" w:w="3000"/>
          </w:tcPr>
          <w:p>
            <w:r>
              <w:t>Numéro d'Identification</w:t>
            </w:r>
          </w:p>
        </w:tc>
        <w:tc>
          <w:tcPr>
            <w:tcW w:type="dxa" w:w="7000"/>
          </w:tcPr>
          <w:p>
            <w:r>
              <w:t>2100490524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conversion photovoltaïque/ énergie solaire/ </w:t>
            </w:r>
          </w:p>
        </w:tc>
      </w:tr>
    </w:tbl>
    <w:p>
      <w:pPr>
        <w:pStyle w:val="Heading3"/>
      </w:pPr>
      <w:r>
        <w:t>Résumé :</w:t>
      </w:r>
    </w:p>
    <w:p>
      <w:r>
        <w:t>Ce manuel du professionnel de l'énergie photovoltaïque expose aux concepteurs, installateurs et donneurs d'ordres impliqués dans ce type d'équipements, les outils et les méthodes pour : élaborer et optimiser un cahier des charges, calculer, mettre en place et entretenir les composants nécessaires (panneaux solaires, batteries, régulateurs de charge, convertisseurs, etc.), afin de concevoir et mettre en œuvre des installations photovoltaïques adaptées à des besoins précis, en privilégiant toujours l'économie d'énergie et en gardant à l'esprit les possibilités et les limites de cette énergie novatrice. Il s'appuie pour cela sur une présentation détaillée des phénomènes physiques (conversion et stockage de l'énergie solaire), ainsi que des technologies disponibles et en développement. Cette deuxième édition comporte de nombreuses mises à jour sur les données économiques et techniques, ainsi que des précisions sur les possibilités de raccordement au réseau des systèmes photovoltaïques. Cet ouvrage constitue un outil de travail indispensable aux techniciens et ingénieurs impliqués dans l'emploi de l'électricité solaire (installateurs et utilisateurs) ainsi qu'aux professionnels de bureaux d'études, et sera également une référence utile aux élèves-ingénieurs et étudiants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