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C[dièse]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Sharp, John/ Kolb, Chantal/ Sittler, Dorothée/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outils du développeur(N°:None)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509-522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C#/ microsoft/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et accessible pour apprendre à programmer en C# en utilisant l’environnement de développement Visual Studio 2005. Le livre est structuré en étapes, permettant aux lecteurs de progresser de manière logique et progressive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