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Bases cellulaires et moléculaires du développement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Chanoine, Christophe/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Ellipses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9782729840662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 céllulaire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571.6/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cytologie du développement/ </w:t>
            </w:r>
          </w:p>
        </w:tc>
      </w:tr>
    </w:tbl>
    <w:p>
      <w:pPr>
        <w:pStyle w:val="Heading3"/>
      </w:pPr>
      <w:r>
        <w:t>Résumé :</w:t>
      </w:r>
    </w:p>
    <w:p>
      <w:r>
        <w:t>Ce livre présente une série de problèmes portant sur des expérimentations tirées de la littérature scientifique moderne.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