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de sites e-commerce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Sharma, Vivek/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593-609</w:t>
            </w:r>
          </w:p>
        </w:tc>
      </w:tr>
      <w:tr>
        <w:trPr>
          <w:trHeight w:val="567"/>
        </w:trPr>
        <w:tc>
          <w:tcPr>
            <w:tcW w:type="dxa" w:w="3000"/>
          </w:tcPr>
          <w:p>
            <w:r>
              <w:t>Numéro d'Identification</w:t>
            </w:r>
          </w:p>
        </w:tc>
        <w:tc>
          <w:tcPr>
            <w:tcW w:type="dxa" w:w="7000"/>
          </w:tcPr>
          <w:p>
            <w:r>
              <w:t>2744010103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développement web/ plateformes e-commerce/ </w:t>
            </w:r>
          </w:p>
        </w:tc>
      </w:tr>
    </w:tbl>
    <w:p>
      <w:pPr>
        <w:pStyle w:val="Heading3"/>
      </w:pPr>
      <w:r>
        <w:t>Résumé :</w:t>
      </w:r>
    </w:p>
    <w:p>
      <w:r>
        <w:t>Cet livre “Développement de sites e-commerce” aborde les différentes étapes et techniques nécessaires pour créer et gérer une boutique en ligne. Il couvre les aspects techniques du développement web, tels que la conception de l’interface utilisateur, le choix des plateformes e-commerce, l’intégration des systèmes de paiement, et la mise en place de la sécurité des transactions. En plus des aspects techniques, le livre traite également des stratégies de marketing digital, de référencement (SEO), et de l’analyse des performances pour maximiser les ventes. Grâce à des études de cas et des exercices pratiques, les lecteurs acquerront les compétences nécessaires pour lancer leur propre site e-commerce.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