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Hyperfréquences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Gardiol, Fred/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409-418 Index p.p. 419-424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2040169539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ligne de transmission/ adaptation d’impédance/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s'intéresse spécifiquement aux fréquences comprises entre 300 mhz et 300 ghz. dans ce domaine, les théories fondamentales font appel à des mathématiques ardues alors que beaucoup d'applications pratiques restent empiriques. ce livre se propose donc d'offrir une vue d'ensemble qui conduit le lecteur de la théorie à la réalisation.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