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&amp;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9782100526260</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975-980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réseau/ sécurité des réseaux/ </w:t>
            </w:r>
          </w:p>
        </w:tc>
      </w:tr>
    </w:tbl>
    <w:p>
      <w:pPr>
        <w:pStyle w:val="Heading3"/>
      </w:pPr>
      <w:r>
        <w:t>Résumé :</w:t>
      </w:r>
    </w:p>
    <w:p>
      <w:r>
        <w:t>Le livre “Réseaux &amp; télécoms” propose une approche didactique des concepts fondamentaux des réseaux informatiques et des télécommunications. Il est structuré en cours théoriques accompagnés de 129 exercices corrigés, permettant aux lecteurs de mettre en pratique leurs connaissances. Les thèmes abordés incluent les architectures réseau, les protocoles de communication, les technologies de transmission, la sécurité des réseaux, ainsi que les nouvelles tendances telles que la 5G et l’Internet des objets (IoT). Ce livre s’adresse aux étudiants, aux professionnels en reconversion et à toute personne souhaitant approfondir ses connaissances en matière de réseaux et de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