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Construisez votre station météo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159. Webliogr. p. 159-160</w:t>
            </w:r>
          </w:p>
        </w:tc>
      </w:tr>
      <w:tr>
        <w:trPr>
          <w:trHeight w:val="567"/>
        </w:trPr>
        <w:tc>
          <w:tcPr>
            <w:tcW w:type="dxa" w:w="3000"/>
          </w:tcPr>
          <w:p>
            <w:r>
              <w:t>Numéro d'Identification</w:t>
            </w:r>
          </w:p>
        </w:tc>
        <w:tc>
          <w:tcPr>
            <w:tcW w:type="dxa" w:w="7000"/>
          </w:tcPr>
          <w:p>
            <w:r>
              <w:t>9782100485246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météorologie/ station météo/ </w:t>
            </w:r>
          </w:p>
        </w:tc>
      </w:tr>
    </w:tbl>
    <w:p>
      <w:pPr>
        <w:pStyle w:val="Heading3"/>
      </w:pPr>
      <w:r>
        <w:t>Résumé :</w:t>
      </w:r>
    </w:p>
    <w:p>
      <w:r>
        <w:t>Cet ouvrage vous invite à la découverte de la météorologie et vous guide pas à pas dans la réalisation de quelques capteurs météo et autres montages utiles, des plus simples aux plus sophistiqués, vous permettant de mesurer notamment : La vitesse et la direction du vent ;</w:t>
        <w:br/>
        <w:br/>
        <w:t>La température et les heures d'ensoleillement ; La pression atmosphérique et le taux d'humidité ; La pluviométrie...</w:t>
        <w:br/>
        <w:br/>
        <w:t>Judicieusement assemblés, ces capteurs constitueront une véritable station météo, fonctionnelle et performante. Ce livre permettra aux amateurs d'électronique de mettre en application leurs connaissances et de découvrir une activité écologique, ludique et enrichissante, ou au contraire aux amateurs de météorologie de s'initier à l'électronique, une discipline non moins passionnante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