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L'eau dans la cellule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Mentré, Pascale/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2225846081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biopolymère/ </w:t>
            </w:r>
          </w:p>
        </w:tc>
      </w:tr>
    </w:tbl>
    <w:p>
      <w:pPr>
        <w:pStyle w:val="Heading3"/>
      </w:pPr>
      <w:r>
        <w:t>Résumé :</w:t>
      </w:r>
    </w:p>
    <w:p>
      <w:r>
        <w:t>Dans cet ouvrage, Pascale Mentré explore en profondeur les propriétés physico-chimiques de l’eau et leur influence sur les processus biologiques.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