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Signaux et communications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Hsc, Hwei/ Cottet, Francis/ </w:t>
            </w:r>
          </w:p>
        </w:tc>
      </w:tr>
      <w:tr>
        <w:trPr>
          <w:trHeight w:val="567"/>
        </w:trPr>
        <w:tc>
          <w:tcPr>
            <w:tcW w:type="dxa" w:w="3000"/>
          </w:tcPr>
          <w:p>
            <w:r>
              <w:t>Edition</w:t>
            </w:r>
          </w:p>
        </w:tc>
        <w:tc>
          <w:tcPr>
            <w:tcW w:type="dxa" w:w="7000"/>
          </w:tcPr>
          <w:p>
            <w:r>
              <w:t>2e ed.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400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Schaum(N°:None)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2100072684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signaux et communication/ signau et spectre/ </w:t>
            </w:r>
          </w:p>
        </w:tc>
      </w:tr>
    </w:tbl>
    <w:p>
      <w:pPr>
        <w:pStyle w:val="Heading3"/>
      </w:pPr>
      <w:r>
        <w:t>Résumé :</w:t>
      </w:r>
    </w:p>
    <w:p>
      <w:r>
        <w:t>Ce livre présente les notions fondamentales relatives aux signaux, à leur représentation et à leur traitement, ainsi que les principes de base des systèmes de communication. Il aborde les méthodes de modulation et de codage, les techniques de transmission analogiques et numériques, et met en évidence les contraintes liées au bruit, à la bande passante et à l’efficacité spectrale. L’ouvrage fournit ainsi une compréhension claire des mécanismes qui permettent de transmettre l’information de manière fiable d’une source vers un récepteur.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