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de la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Bray, Dennis/ Alexander, Johnson/ Perelman, Serge/ Lewis, Raff/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2257151178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synthèse pédagogique des concepts majeurs de la biologie cellulaire, inspirée du célèbre *Molecular Biology of the Cell* (Alberts et al.). Il propose une approche claire et progressive de la structure et du fonctionnement de la cellule.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