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2000 Server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Sosinsky, Barrie A./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435-451</w:t>
            </w:r>
          </w:p>
        </w:tc>
      </w:tr>
      <w:tr>
        <w:trPr>
          <w:trHeight w:val="567"/>
        </w:trPr>
        <w:tc>
          <w:tcPr>
            <w:tcW w:type="dxa" w:w="3000"/>
          </w:tcPr>
          <w:p>
            <w:r>
              <w:t>Numéro d'Identification</w:t>
            </w:r>
          </w:p>
        </w:tc>
        <w:tc>
          <w:tcPr>
            <w:tcW w:type="dxa" w:w="7000"/>
          </w:tcPr>
          <w:p>
            <w:r>
              <w:t>2744007889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windows 2000 Server/ administration système/ </w:t>
            </w:r>
          </w:p>
        </w:tc>
      </w:tr>
    </w:tbl>
    <w:p>
      <w:pPr>
        <w:pStyle w:val="Heading3"/>
      </w:pPr>
      <w:r>
        <w:t>Résumé :</w:t>
      </w:r>
    </w:p>
    <w:p>
      <w:r>
        <w:t>“Windows 2000 Server” de Barrie Sosinsky et Jeremy Moskowitz est un guide complet sur l’installation, la configuration et la gestion de Windows 2000 Server, un système d’exploitation de serveur de Microsoft. Le livre aborde les fonctionnalités essentielles du système, notamment la gestion des utilisateurs et des groupes, la sécurité, le stockage de données, ainsi que la mise en réseau. Les auteurs fournissent des conseils pratiques, des astuces et des meilleures pratiques pour optimiser la performance du serveur et résoudre les problèmes courants. Ce livre est destiné aux administrateurs systèmes, aux professionnels de l’informatique et aux étudiants qui souhaitent approfondir leur compréhension de cet environnement serveur.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