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Bassaglia, Yann/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2224028628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données fondamentales de la Biologie Cellulaire. Il est conçu pour proposer une aide à l'intégration structurée du savoir. Cette approche renouvelée de l'apprentissage de la Biologie est fondée sur : un texte direct, invitant à une lecture active, des illustrations de qualité, des encadrés permettant de faire le point sur l'état de la réflexion scientifique, des questions avec leurs réponses commentées.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