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corriges en électronique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Haddadi,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9961006593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générale/ réseau électrique/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