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méthodes d'électronique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Granjon,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Tout En Fiches(N°:None)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9782100770786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méthodes d'électronique/ transistor bipolaire/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aux étudiants des premières années d'études supérieures une méthode progressive et efficace pour comprendre et appliquer les concepts fondamentaux de l'électronique : jonction PN, diodes à semi-conducteurs, composants électroniques, amplificateurs, filtrage, circuits logiques… À la suite des rappels de cours présentés sous forme de fiches, chaque chapitre propose des exercices de difficulté croissante pour s'évaluer : QCM, questions Vrai/Faux et exercices de synthèse. Les corrigés détaillés mettent en évidence la méthodologie.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