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cycle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Morgan, David Owen/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275-283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9782804101282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cellulaire/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est divisé en sections de deux pages, couvrant chacune un sujet défini et contenant l'ensemble du texte, des illustrations, des définitions et des références correspondant à ce sujet. Dans chacune de ces sections, le texte est lui-même orgnaisé en sous-sections signalées par une phrase-titre qui reflète la séquence d'idées et la logique d'ensemble du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