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expérimental de logique digitale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Huré, Fernand/ </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traité expérimental/ logique digitale/ </w:t>
            </w:r>
          </w:p>
        </w:tc>
      </w:tr>
    </w:tbl>
    <w:p>
      <w:pPr>
        <w:pStyle w:val="Heading3"/>
      </w:pPr>
      <w:r>
        <w:t>Résumé :</w:t>
      </w:r>
    </w:p>
    <w:p>
      <w:r>
        <w:t>Le Traité expérimental de logique digitale de Fernand Huré (1979) est un manuel à vocation pédagogique qui présente les fondements de la logique numérique tout en insistant sur l’expérimentation concrète. L’auteur y expose d’abord les bases théoriques de la logique binaire : fonctions logiques, tables de vérité, simplification par cartes de Karnaugh et lois fondamentales comme celles de De Morgan. L’ouvrage aborde ensuite la logique combinatoire et les circuits séquentiels, en détaillant les principaux composants tels que les portes logiques, les bascules, les compteurs ou les registres. Un accent particulier est mis sur l’étude pratique des circuits intégrés, avec des expériences destinées à vérifier et comprendre leur fonctionnement réel. Le livre traite également de la mémoire, des systèmes de codage, de l’affichage et des applications dans des systèmes plus complexes, tout en restant centré sur la technologie disponible à la fin des années 1970 (logique TTL et CMOS). Bien qu’il paraisse aujourd’hui daté au regard des évolutions des microprocesseurs et des circuits programmables modernes, il conserve une valeur importante pour comprendre les bases de la conception numérique et pour son approche expérimentale, qui fait le lien entre théorie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