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Weil, Jacques-Arthur/ Provost,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2225809275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biochimie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Biochimie générale : DEUG B, PCEM  Jacques-Henry Weil et coll.</w:t>
        <w:br/>
        <w:br/>
        <w:t>cet ouvrage est un **manuel de référence** destiné aux étudiants en DEUG Sciences, Médecine (PCEM), Pharmacie, Biologie, etc. La 5ᵉ édition est **mise à jour et enrichie** par rapport aux précédentes, avec plus de schémas, de résumés en fin de chapitres et des exemples cliniques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