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Réalisez vos circuits imprimés et décors de panneaux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01530984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imprimé/ photogravure/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