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Mesures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Haas,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mesure électronique/ mesure de montage/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consacré aux méthodes de mesure appliquées en électronique, tant pour l’étude des composants isolés (résistances, condensateurs, bobines, diode.</w:t>
        <w:br/>
        <w:br/>
        <w:t>Il met l’accent sur :</w:t>
        <w:br/>
        <w:br/>
        <w:t>* Les principes fondamentaux de la mesure électrique et électronique (grandeurs de base, unités, normes).</w:t>
        <w:br/>
        <w:br/>
        <w:t>* La description et l’utilisation des appareils de mesure courants : multimètres, oscilloscopes, générateurs de signaux, ponts de mesure, analyseurs.</w:t>
        <w:br/>
        <w:br/>
        <w:t>* Les méthodes pratiques de caractérisation des composants passifs (mesure de résistances, capacités, inductances, pertes, tolérances).</w:t>
        <w:br/>
        <w:br/>
        <w:t>* La mesure des composants actifs (caractéristiques des diodes, transistors bipolaires, MOSFET, circuits intégrés analogiques et logiques).</w:t>
        <w:br/>
        <w:br/>
        <w:t>* Les techniques de mesure appliquées aux montages électroniques : amplificateurs, oscillateurs, filtres, alimentations, convertisseurs.</w:t>
        <w:br/>
        <w:br/>
        <w:t>* Les problèmes d’erreurs de mesure, d’incertitude et de précision, ainsi que les bonnes pratiques pour obtenir des résultats fiables.</w:t>
        <w:br/>
        <w:br/>
        <w:t>* Une partie pratique avec des exemples concrets et montages expérimentaux destinés à l’apprentissage en laboratoire.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