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Hamada, Youcef/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Cours de physique(N°:None)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la bande d'énergie/ </w:t>
            </w:r>
          </w:p>
        </w:tc>
      </w:tr>
    </w:tbl>
    <w:p>
      <w:pPr>
        <w:pStyle w:val="Heading3"/>
      </w:pPr>
      <w:r>
        <w:t>Résumé :</w:t>
      </w:r>
    </w:p>
    <w:p>
      <w:r>
        <w:t>L’ouvrage « Circuits électroniques » constitue une introduction complète aux principes, méthodes et applications des circuits électriques et électroniques. Il aborde les bases théoriques nécessaires à la compréhension des phénomènes électriques (lois fondamentales, analyse des circuits résistifs, capacitif et inductif), puis évolue vers l’étude des dispositifs électroniques actifs tels que les diodes, transistors bipolaires et à effet de champ, ainsi que les amplificateurs opérationnels.</w:t>
        <w:br/>
        <w:br/>
        <w:t>Une partie importante est consacrée aux montages fondamentaux (redressement, filtrage, amplification, oscillateurs, régulateurs de tension) ainsi qu’aux techniques modernes d’analyse et de conception des circuits analogiques et numériques. L’ouvrage met aussi en avant la méthodologie de résolution des problèmes pratiques, l’utilisation des équivalents et modèles simplifiés, ainsi que les simulations pour valider le fonctionnement des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