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et mesures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Hong, Dunpin/ Gobbey, Marie-Hélène/ Bauchire,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Parcours ingénieur : PeiP, 1er cycle ingénieur, prépa intégrée(N°:None)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9782100526567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électriques/ mesures électriques/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de la série "Parcours ingénieur" s'adresse aux élèves en 1ère et 2e années des écoles d'ingénieurs en 5 ans (Parcours des écoles d'ingénieurs Polytech (PeiP), 1er cycle ingénieur, prépas intégrées...) et pourra aussi intéresser les étudiants en licences 1 et 2 universitaires classiques.  Il fournit les bases en circuits et mesures électriques nécessaires à la formation des élèves-ingénieurs. Son originalité est d'allier une théorie rigoureuse à de nombreuses applications concrètes afin de la rendre rapidement accessible.  Chaque chapitre contient : </w:t>
        <w:br/>
        <w:br/>
        <w:t>un cours synthétique, illustré d'exemples et d'applications, une synthèse de ce qu'il faut retenir, des QCM pour tester sa compréhension du cours, des exercices avec corrigés détaillés Cet ouvrage a été réalisé en partenariat avec le réseau Polytech, le réseau des écoles d'ingénieurs polytechniques des universités.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