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 et technologie du lait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Vignola, Carole L../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Internationales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XIX-600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ce livre offre une vision intégrée de la **science du lait** et de ses transformations industrielles**, en reliant chimie, microbiologie, technologie et sécurité alimentaire. Il constitue une ressource précieuse pour les étudiants en sciences alime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255301029X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Lait-Transformation/ </w:t>
            </w:r>
          </w:p>
        </w:tc>
      </w:tr>
    </w:tbl>
    <w:p>
      <w:pPr>
        <w:pStyle w:val="Heading3"/>
      </w:pPr>
      <w:r>
        <w:t>Résumé :</w:t>
      </w:r>
    </w:p>
    <w:p>
      <w:r>
        <w:t>Bibliogr. Glossaire. Index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