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utiliser l'électronique des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Hagen, Jon B./ Savornin, Bruno/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VI-327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2866611101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bl>
    <w:p>
      <w:pPr>
        <w:pStyle w:val="Heading3"/>
      </w:pPr>
      <w:r>
        <w:t>Résumé :</w:t>
      </w:r>
    </w:p>
    <w:p>
      <w:r>
        <w:t>Cet ouvrage se veut d'abord facile. Ce n'est pas un livre pour spécialistes, mais il est complet. La première mission que l'auteur s'est assignée consiste à présenter efficacement les fondements et l'essence des circuits pour radiofréquences, ce qu'il fait en passant en revue tous les principes qui régissent la modulation et la démodulation des radiofréquences, aussi bien pour la transmission sans fil de données au moyen de puces semi-conductrices que pour l'émission radiophonique de puissance. Parmi les sujets abordés on trouve les filtres, les amplificateurs, les oscillateurs, les adaptateurs, les modulateurs, les amplificateurs à faible bruit, les boucles à asservissement de phase, les lignes de transmission et les transformateurs. Pour chacun d'entre eux, la rigueur analytique est mise au profit d'une compréhension en profondeur des propriétés et du fonctionnement. Des applications de systèmes RF sont présentées et décrites dans des domaines aussi divers que les communications, l'émission radio et TV, le radar et la radioastronomie. Le livre contient certes de nombreux exercices, mais pour tirer profit de cette lecture, il n'est pas nécessaire de disposer d'un gros bagage théorique. Il faut des connaissances élémentaires en électronique, de quoi analyser les circuits de base. Il s'agit donc d'un manuel idéal pour un cours d'électronique, mais aussi d'un excellent ouvrage de référence pour les chercheurs et les ingénieurs déjà engagés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