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Additifs alimentaires et auxiliaires technologiques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Moll, Manfred/ Moll, Nicole/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XVIII-218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Technique et ingénierie. Série Agro-alimentaire(N°:None)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2100039059</w:t>
            </w:r>
          </w:p>
        </w:tc>
      </w:tr>
      <w:tr>
        <w:trPr>
          <w:trHeight w:val="567"/>
        </w:trPr>
        <w:tc>
          <w:tcPr>
            <w:tcW w:type="dxa" w:w="3000"/>
          </w:tcPr>
          <w:p>
            <w:r>
              <w:t>Thème</w:t>
            </w:r>
          </w:p>
        </w:tc>
        <w:tc>
          <w:tcPr>
            <w:tcW w:type="dxa" w:w="7000"/>
          </w:tcPr>
          <w:p>
            <w:r>
              <w:t>Biologie Alimentaire</w:t>
            </w:r>
          </w:p>
        </w:tc>
      </w:tr>
      <w:tr>
        <w:trPr>
          <w:trHeight w:val="567"/>
        </w:trPr>
        <w:tc>
          <w:tcPr>
            <w:tcW w:type="dxa" w:w="3000"/>
          </w:tcPr>
          <w:p>
            <w:r>
              <w:t>Classification(s)</w:t>
            </w:r>
          </w:p>
        </w:tc>
        <w:tc>
          <w:tcPr>
            <w:tcW w:type="dxa" w:w="7000"/>
          </w:tcPr>
          <w:p>
            <w:r>
              <w:t xml:space="preserve">Biologie Alimentaire/ </w:t>
            </w:r>
          </w:p>
        </w:tc>
      </w:tr>
      <w:tr>
        <w:trPr>
          <w:trHeight w:val="567"/>
        </w:trPr>
        <w:tc>
          <w:tcPr>
            <w:tcW w:type="dxa" w:w="3000"/>
          </w:tcPr>
          <w:p>
            <w:r>
              <w:t>Sujet(s)</w:t>
            </w:r>
          </w:p>
        </w:tc>
        <w:tc>
          <w:tcPr>
            <w:tcW w:type="dxa" w:w="7000"/>
          </w:tcPr>
          <w:p>
            <w:r>
              <w:t xml:space="preserve">additifs alimentaires/ </w:t>
            </w:r>
          </w:p>
        </w:tc>
      </w:tr>
    </w:tbl>
    <w:p>
      <w:pPr>
        <w:pStyle w:val="Heading3"/>
      </w:pPr>
      <w:r>
        <w:t>Résumé :</w:t>
      </w:r>
    </w:p>
    <w:p>
      <w:r>
        <w:t>Cet ouvrage est la seconde édition, entièrement mise à jour et enrichie, du livre Additifs alimentaires et Auxiliaires technologiques paru en 1990. Les additifs alimentaires sont présentés dans l'ordre de parution des trois directives européennes portant sur les colorants, les édulcorants et autres additifs. Des formules chimiques de composés et des tableaux de synthèse, permettant une comparaison entre additifs de même catégorie, offrent une consultation claire et pratique. En fin d'ouvrage, la liste des principaux additifs autorisés au sein de l'Union européenne permet de connaître rapidement le nom des substances souvent présentées aux consommateurs par leur numéro de code. La partie consacrée aux auxiliaires technologiques a fait l'objet d'une recherche approfondie concernant les textes réglementaires et de nombreuses consultations auprès des professionnels de l'industrie alimentaire et de leurs fournisseurs. Cet ouvrage de référence s'adresse donc en priorité aux professionnels des industries alimentaires (entreprises, laboratoires de contrôle publics et privés, centrales d'achats, etc.). Il sera également utile aux étudiants, aux enseignants ainsi qu'aux nutritionnistes.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