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JAVA, CGI, VRML, SGML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Stanek, William/ Cosquer, Catherine/ Batard, Eric/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773-793</w:t>
            </w:r>
          </w:p>
        </w:tc>
      </w:tr>
      <w:tr>
        <w:trPr>
          <w:trHeight w:val="567"/>
        </w:trPr>
        <w:tc>
          <w:tcPr>
            <w:tcW w:type="dxa" w:w="3000"/>
          </w:tcPr>
          <w:p>
            <w:r>
              <w:t>Numéro d'Identification</w:t>
            </w:r>
          </w:p>
        </w:tc>
        <w:tc>
          <w:tcPr>
            <w:tcW w:type="dxa" w:w="7000"/>
          </w:tcPr>
          <w:p>
            <w:r>
              <w:t>2744001465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HTML/ Java (langage de programmation)/ </w:t>
            </w:r>
          </w:p>
        </w:tc>
      </w:tr>
    </w:tbl>
    <w:p>
      <w:pPr>
        <w:pStyle w:val="Heading3"/>
      </w:pPr>
      <w:r>
        <w:t>Résumé :</w:t>
      </w:r>
    </w:p>
    <w:p>
      <w:r>
        <w:t>“HTML, JAVA, CGI, VRML, SGML : Création de sites Web” est un guide complet écrit par William Robert Stanek et coécrit par plusieurs experts. Ce livre aborde les principaux langages et technologies utilisés pour le développement de sites web modernes. Il fournit une introduction détaillée à HTML pour structurer le contenu, à Java pour la programmation dynamique, à CGI pour l’interaction côté serveur, et à VRML pour la création de contenus en 3D. De plus, il explore SGML comme fondement des langages de balisage. Ce livre est conçu pour les développeurs de tous niveaux, offrant des exemples pratiques, des conseils et des meilleures pratiques pour créer des sites web attrayants et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