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techniques de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Tagu, Denis/ C, Moussard/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rev.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Mieux comprendre(N°:None)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Notes 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2738010679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protéine/ électrophorèse/ </w:t>
            </w:r>
          </w:p>
        </w:tc>
      </w:tr>
    </w:tbl>
    <w:p>
      <w:pPr>
        <w:pStyle w:val="Heading3"/>
      </w:pPr>
      <w:r>
        <w:t>Résumé :</w:t>
      </w:r>
    </w:p>
    <w:p>
      <w:r>
        <w:t>Cette édition mise à jour propose des illustrations nouvelles et présente notamment de nombreuses techniques de génomique récemment apparues dans les laboratoires. Cet ouvrage s'adresse à toute personne - spécialiste ou non - curieuse de connaître les bases des différentes techniques de manipulation des acides nucléiques.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